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חשובות לקראת ראיון עבודה או לימודים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להשלים משפטים שימושיים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להציג את עצמי בבטחון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מילים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מראיין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דבר שאני טוב 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(interview)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(strength)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(weakness)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להתכונן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לחייך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עוזר ליצור רושם ראשון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אפשר לבקש בנימוס לחזור על השאלה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נכנסים לחדר ואומרים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לוחצים יד ומציגים את 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עונים על שאלות המראיין בבטחון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מציגים את 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שם וכיתה, ארץ מוצא וזמן עלייה, חוזקה עם דוגמה אישית, ונימוק 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שם וכיתה או ארץ מוצא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נכון עם דוגמה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כמו סליחה אפשר לחזור על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בזוגות את המשפטים בקול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שימוש במילון האישי בזמן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לאפשר לתלמידים להשתמש בשפת האם כדי להבין מילים 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תלמידים עולים מתכוננים לראיון - לעבודה, למגמה, למכינה או למלגה. בדף הזה נתרגל מילים ומשפטים שעוזרים להציג את עצמנו בבטחון.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לחייך  ·  להתכונן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מילים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עורך את הראיון ושואל שאלות?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מועמד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מראיין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מעסיק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המשמעות של המילה חוזקה?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דבר שקשה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דבר שאני טוב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מקום עבודה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weakness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חוזקה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interview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חולשה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strength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משלימים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הראיון חשוב __________ טוב.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כשנכנסים לראיון חשוב ל__________ ולתת יד.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בראיון חשוב ליצור קשר עין עם המראיין.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לבקש מהמראיין לחזור על שאלה אם לא הבנו.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עונים על שאלות המראיין בבטחון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נכנסים לחדר ואומרים שלום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לוחצים יד ומציגים את עצמנו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מציגים את 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ארבעה משפטים על עצמכם לקראת ראיון: שם וכיתה, מאיפה ומתי עליתם, חוזקה אחת עם דוגמה, ולמה זה חשוב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אחד שבו אתם מציגים את עצמכם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חוזקה? תנו דוגמה אישית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הכנה לראיון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