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חשובות לקראת ראיון עבודה או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להשלים משפטים שימושיים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להציג את עצמי בבטחון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שאני טוב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עבודה בהתנדבות כדי לעזור, בלי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מעסיק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(interview)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(strength)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(weakness)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(experience)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(self-confidence)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להתכונן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לנשום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עוזר ליצור רושם ראשון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לבקש בנימוס לחזור על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התנדבות היא ניסיון חשוב שכדאי להציג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שפת גוף משפיעה על הרושם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לחדר ואומרים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יד ומציגים את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על שאלות המראיין בבטחון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שאלה בסוף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מודים למראיין על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מציגים את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שם וכיתה, ארץ מוצא וזמן עלייה, חוזקה עם דוגמה אישית, ונימוק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שם וכיתה או ארץ מוצא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עם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סליחה אפשר לחזור על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בזוגות את המשפטים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במילון האישי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לתלמידים להשתמש בשפת האם כדי להבין מילים 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אנחנו מתכוננים לראיון. בדף הזה יש מילים קלות ומשפטים קצרים. נתרגל איך להציג את עצמנו בראיון.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מראיין כדי להתקבל לעבודה או ללימודים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מועמד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שמבקש להתקבל לעבודה או ללימודים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טוב או טובה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שקשה לי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ניסיון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שעשיתי בעבר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התנדבות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בלי תשלום כדי לעזור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שהמראיין חושב עלינו בהתחלה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להאמין ביכולות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שואל שאלות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חוזקה זה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שאני טוב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התנדבות זה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בשכר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 בהתנדבות כדי לעזור, בלי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חופשה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מחפש עובדים?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experience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weakness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interview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ניסיון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self-confidence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ביטחון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strength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חשוב __________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כשנכנסים לראיון חשוב ל__________ ולתת 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לא הבנתי שאלה, אפשר לבקש ל__________ עליה.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כשהמראיין מדבר מהר, אפשר לבקש לדבר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שעונים על שאלה קשה אפשר __________ עמוק.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חשוב ליצור קשר עין עם המראיין.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מהמראיין לחזור על שאלה אם לא הבנו.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לספר על התנדבויות בראיון.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גוף לא משנה כלום בראיון.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למראיין על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המראיין בבטחון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שאלה בסוף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לחדר ואומרים 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יד ומציגים את 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מציגים את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ארבעה משפטים על עצמכם לקראת ראיון: שם וכיתה, מאיפה ומתי עליתם, חוזקה אחת עם דוגמה, ולמה זה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שבו אתם מציגים את עצמכם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חוזקה? תנו דוגמה אישית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אם לא הבנו שאלה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