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חשובות לקראת ראיון עבודה או 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להשלים משפטים שימושיים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להציג את עצמי בבטחון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דבר שאני טוב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עבודה בהתנדבות כדי לעזור, בלי 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מעסיק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(interview)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(strength)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(weakness)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(experience)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(self-confidence)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להתכונן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לנשום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עוזר ליצור רושם ראשון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לבקש בנימוס לחזור על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התנדבות היא ניסיון חשוב שכדאי להציג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שפת גוף משפיעה על הרושם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נכנסים לחדר ואומרים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יד ומציגים את 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עונים על שאלות המראיין בבטחון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שואלים שאלה בסוף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מודים למראיין על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מציגים את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שם וכיתה, ארץ מוצא וזמן עלייה, חוזקה עם דוגמה אישית, ונימוק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שם וכיתה או ארץ מוצא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עם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כמו סליחה אפשר לחזור על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בזוגות את המשפטים בקול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במילון האישי בזמן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לתלמידים להשתמש בשפת האם כדי להבין מילים 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תלמידים עולים מתכוננים לראיון - לעבודה, למגמה, למכינה או למלגה. בדף הזה נתרגל מילים ומשפטים שעוזרים להציג את עצמנו בבטחון.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מילים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עורך את הראיון ושואל 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חוזקה?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שקשה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שאני טוב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בראיון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התנדבות פירושה: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עבודה בשכר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 בהתנדבות כדי לעזור, בלי 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חופשה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מחפש עובדים למקום העבודה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self-confidence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interview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חולשה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strength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ניסיון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weakness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ביטחון 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experience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הראיון חשוב __________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כשנכנסים לראיון חשוב ל__________ ולתת 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לא הבנתי שאלה, אפשר לבקש ל__________ עליה.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כשהמראיין מדבר מהר, אפשר לבקש לדבר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שעונים על שאלה קשה אפשר __________ עמוק.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חשוב ליצור קשר עין עם המראיין.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לבקש מהמראיין לחזור על שאלה אם לא הבנו.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לספר על התנדבויות בראיון.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שפת גוף לא משנה כלום בראיון.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יד ומציגים את עצמנו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נכנסים לחדר ואומרים 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מודים למראיין על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שאלות המראיין בבטחון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שאלה בסוף הראיון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מציגים את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ארבעה משפטים על עצמכם לקראת ראיון: שם וכיתה, מאיפה ומתי עליתם, חוזקה אחת עם דוגמה, ולמה זה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שבו אתם מציגים את עצמכם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חוזקה? תנו דוגמה אישית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אם לא הבנו שאלה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